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40" w:line="300" w:lineRule="auto"/>
      </w:pPr>
      <w:r>
        <w:rPr>
          <w:rFonts w:ascii="Arial" w:hAnsi="Arial" w:cs="Arial"/>
          <w:b/>
          <w:i w:val="0"/>
          <w:color w:val="B08D57"/>
          <w:sz w:val="20"/>
          <w:rtl/>
          <w:szCs w:val="20"/>
          <w:bCs/>
        </w:rPr>
        <w:t>مجلة المحاسب العربي</w:t>
      </w:r>
    </w:p>
    <w:p>
      <w:pPr>
        <w:bidi/>
        <w:spacing w:before="0" w:after="80" w:line="300" w:lineRule="auto"/>
        <w:pBdr>
          <w:bottom w:val="single" w:sz="18" w:space="4" w:color="B08D57"/>
        </w:pBdr>
      </w:pPr>
      <w:r>
        <w:rPr>
          <w:rFonts w:ascii="Arial" w:hAnsi="Arial" w:cs="Arial"/>
          <w:b/>
          <w:i w:val="0"/>
          <w:color w:val="14213D"/>
          <w:sz w:val="44"/>
          <w:rtl/>
          <w:szCs w:val="44"/>
          <w:bCs/>
        </w:rPr>
        <w:t>نماذج المشتريات: طلب شراء ومقارنة عروض وأمر شراء ومحضر استلام</w:t>
      </w:r>
    </w:p>
    <w:p>
      <w:pPr>
        <w:bidi/>
        <w:spacing w:before="80" w:after="200" w:line="300" w:lineRule="auto"/>
      </w:pPr>
      <w:r>
        <w:rPr>
          <w:rFonts w:ascii="Arial" w:hAnsi="Arial" w:cs="Arial"/>
          <w:b w:val="0"/>
          <w:i w:val="0"/>
          <w:color w:val="595959"/>
          <w:sz w:val="23"/>
          <w:rtl/>
          <w:szCs w:val="23"/>
        </w:rPr>
        <w:t>أربعة نماذج تغطي دورة الشراء كاملة حتى المطابقة الثلاثية.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9638"/>
      </w:tblGrid>
      <w:tr>
        <w:tc>
          <w:tcPr>
            <w:tcW w:type="dxa" w:w="9638"/>
            <w:shd w:val="clear" w:color="auto" w:fill="F3F4F7"/>
          </w:tcPr>
          <w:p>
            <w:pPr>
              <w:bidi/>
            </w:pPr>
            <w:r>
              <w:rPr>
                <w:rFonts w:ascii="Arial" w:hAnsi="Arial" w:cs="Arial"/>
                <w:b/>
                <w:i w:val="0"/>
                <w:color w:val="14213D"/>
                <w:sz w:val="22"/>
                <w:rtl/>
                <w:szCs w:val="22"/>
                <w:bCs/>
              </w:rPr>
              <w:t>كيف تستخدم هذا النموذج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•  اكتب اسم الشركة وضع الشعار في كل نموذج.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•  رقّم أوامر الشراء مسبقًا، ولا تقبل فاتورة مورد دون رقم أمر شراء.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•  المطابقة الثلاثية: أمر الشراء + محضر الاستلام + الفاتورة قبل السداد.</w:t>
            </w:r>
          </w:p>
        </w:tc>
      </w:tr>
    </w:tbl>
    <w:p>
      <w:pPr>
        <w:bidi/>
        <w:spacing w:before="0" w:after="80" w:line="300" w:lineRule="auto"/>
      </w:pPr>
    </w:p>
    <w:p>
      <w:pPr>
        <w:bidi/>
        <w:spacing w:before="120" w:after="40" w:line="300" w:lineRule="auto"/>
        <w:jc w:val="center"/>
        <w:pBdr>
          <w:bottom w:val="single" w:sz="10" w:space="4" w:color="B08D57"/>
        </w:pBdr>
      </w:pPr>
      <w:r>
        <w:rPr>
          <w:rFonts w:ascii="Arial" w:hAnsi="Arial" w:cs="Arial"/>
          <w:b/>
          <w:i w:val="0"/>
          <w:color w:val="14213D"/>
          <w:sz w:val="32"/>
          <w:rtl/>
          <w:szCs w:val="32"/>
          <w:bCs/>
        </w:rPr>
        <w:t>طلب شراء</w:t>
      </w: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 w:val="0"/>
          <w:color w:val="595959"/>
          <w:sz w:val="20"/>
          <w:rtl/>
          <w:szCs w:val="20"/>
        </w:rPr>
        <w:t>[اسم الشركة / الشعار]                      رقم النموذج: ........     التاريخ: ..../..../........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الإدارة الطالبة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تاريخ الطلب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تاريخ الاحتياج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الغرض من الشراء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567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م</w:t>
            </w:r>
          </w:p>
        </w:tc>
        <w:tc>
          <w:tcPr>
            <w:tcW w:type="dxa" w:w="2268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الصنف / الخدمة</w:t>
            </w:r>
          </w:p>
        </w:tc>
        <w:tc>
          <w:tcPr>
            <w:tcW w:type="dxa" w:w="2835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المواصفات</w:t>
            </w:r>
          </w:p>
        </w:tc>
        <w:tc>
          <w:tcPr>
            <w:tcW w:type="dxa" w:w="1134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الوحدة</w:t>
            </w:r>
          </w:p>
        </w:tc>
        <w:tc>
          <w:tcPr>
            <w:tcW w:type="dxa" w:w="1134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الكمية</w:t>
            </w:r>
          </w:p>
        </w:tc>
        <w:tc>
          <w:tcPr>
            <w:tcW w:type="dxa" w:w="1701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التكلفة التقديرية</w:t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الطالب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رئيس الإدارة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المشتريات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</w:tr>
    </w:tbl>
    <w:p>
      <w:pPr>
        <w:bidi/>
        <w:spacing w:before="0" w:after="160" w:line="300" w:lineRule="auto"/>
      </w:pPr>
    </w:p>
    <w:p>
      <w:r>
        <w:br w:type="page"/>
      </w:r>
    </w:p>
    <w:p>
      <w:pPr>
        <w:bidi/>
        <w:spacing w:before="120" w:after="40" w:line="300" w:lineRule="auto"/>
        <w:jc w:val="center"/>
        <w:pBdr>
          <w:bottom w:val="single" w:sz="10" w:space="4" w:color="B08D57"/>
        </w:pBdr>
      </w:pPr>
      <w:r>
        <w:rPr>
          <w:rFonts w:ascii="Arial" w:hAnsi="Arial" w:cs="Arial"/>
          <w:b/>
          <w:i w:val="0"/>
          <w:color w:val="14213D"/>
          <w:sz w:val="32"/>
          <w:rtl/>
          <w:szCs w:val="32"/>
          <w:bCs/>
        </w:rPr>
        <w:t>مقارنة عروض الأسعار</w:t>
      </w: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 w:val="0"/>
          <w:color w:val="595959"/>
          <w:sz w:val="20"/>
          <w:rtl/>
          <w:szCs w:val="20"/>
        </w:rPr>
        <w:t>[اسم الشركة / الشعار]                      رقم النموذج: ........     التاريخ: ..../..../........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رقم طلب الشراء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تاريخ المقارنة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835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البند</w:t>
            </w:r>
          </w:p>
        </w:tc>
        <w:tc>
          <w:tcPr>
            <w:tcW w:type="dxa" w:w="2268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المورد (1)</w:t>
            </w:r>
          </w:p>
        </w:tc>
        <w:tc>
          <w:tcPr>
            <w:tcW w:type="dxa" w:w="2268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المورد (2)</w:t>
            </w:r>
          </w:p>
        </w:tc>
        <w:tc>
          <w:tcPr>
            <w:tcW w:type="dxa" w:w="2268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المورد (3)</w:t>
            </w:r>
          </w:p>
        </w:tc>
      </w:tr>
      <w:tr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السعر الإجمالي</w:t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الضريبة</w:t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مدة التوريد</w:t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شروط السداد</w:t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الضمان وخدمة ما بعد البيع</w:t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مطابقة المواصفات</w:t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التقييم النهائي</w:t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p>
      <w:pPr>
        <w:bidi/>
        <w:spacing w:before="0" w:after="120" w:line="300" w:lineRule="auto"/>
        <w:jc w:val="both"/>
      </w:pPr>
      <w:r>
        <w:rPr>
          <w:rFonts w:ascii="Arial" w:hAnsi="Arial" w:cs="Arial"/>
          <w:b w:val="0"/>
          <w:i w:val="0"/>
          <w:color w:val="000000"/>
          <w:sz w:val="22"/>
          <w:rtl/>
          <w:szCs w:val="22"/>
        </w:rPr>
        <w:t>المورد المختار: ..........................  سبب الاختيار (إن لم يكن الأقل سعرًا): ....................................................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المشتريات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الإدارة الطالبة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المعتمد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</w:tr>
    </w:tbl>
    <w:p>
      <w:pPr>
        <w:bidi/>
        <w:spacing w:before="0" w:after="160" w:line="300" w:lineRule="auto"/>
      </w:pPr>
    </w:p>
    <w:p>
      <w:r>
        <w:br w:type="page"/>
      </w:r>
    </w:p>
    <w:p>
      <w:pPr>
        <w:bidi/>
        <w:spacing w:before="120" w:after="40" w:line="300" w:lineRule="auto"/>
        <w:jc w:val="center"/>
        <w:pBdr>
          <w:bottom w:val="single" w:sz="10" w:space="4" w:color="B08D57"/>
        </w:pBdr>
      </w:pPr>
      <w:r>
        <w:rPr>
          <w:rFonts w:ascii="Arial" w:hAnsi="Arial" w:cs="Arial"/>
          <w:b/>
          <w:i w:val="0"/>
          <w:color w:val="14213D"/>
          <w:sz w:val="32"/>
          <w:rtl/>
          <w:szCs w:val="32"/>
          <w:bCs/>
        </w:rPr>
        <w:t>أمر شراء</w:t>
      </w: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 w:val="0"/>
          <w:color w:val="595959"/>
          <w:sz w:val="20"/>
          <w:rtl/>
          <w:szCs w:val="20"/>
        </w:rPr>
        <w:t>[اسم الشركة / الشعار]                      رقم النموذج: ........     التاريخ: ..../..../........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اسم المورد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العنوان / الهاتف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مكان التسليم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موعد التسليم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شروط السداد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رقم طلب الشراء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567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م</w:t>
            </w:r>
          </w:p>
        </w:tc>
        <w:tc>
          <w:tcPr>
            <w:tcW w:type="dxa" w:w="3402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الصنف</w:t>
            </w:r>
          </w:p>
        </w:tc>
        <w:tc>
          <w:tcPr>
            <w:tcW w:type="dxa" w:w="1134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الوحدة</w:t>
            </w:r>
          </w:p>
        </w:tc>
        <w:tc>
          <w:tcPr>
            <w:tcW w:type="dxa" w:w="1134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الكمية</w:t>
            </w:r>
          </w:p>
        </w:tc>
        <w:tc>
          <w:tcPr>
            <w:tcW w:type="dxa" w:w="1701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سعر الوحدة</w:t>
            </w:r>
          </w:p>
        </w:tc>
        <w:tc>
          <w:tcPr>
            <w:tcW w:type="dxa" w:w="1701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402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الإجمالي قبل الضريبة</w:t>
            </w:r>
          </w:p>
        </w:tc>
        <w:tc>
          <w:tcPr>
            <w:tcW w:type="dxa" w:w="2835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الضريبة</w:t>
            </w:r>
          </w:p>
        </w:tc>
        <w:tc>
          <w:tcPr>
            <w:tcW w:type="dxa" w:w="3402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835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3402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/>
          <w:color w:val="595959"/>
          <w:sz w:val="20"/>
          <w:rtl/>
          <w:szCs w:val="20"/>
        </w:rPr>
        <w:t>يُرجى ذكر رقم أمر الشراء على الفاتورة وإذن التسليم. لا تُقبل أي زيادة في الكميات أو الأسعار دون أمر معدل.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المشتريات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المدير المالي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المعتمد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</w:tr>
    </w:tbl>
    <w:p>
      <w:pPr>
        <w:bidi/>
        <w:spacing w:before="0" w:after="160" w:line="300" w:lineRule="auto"/>
      </w:pPr>
    </w:p>
    <w:p>
      <w:r>
        <w:br w:type="page"/>
      </w:r>
    </w:p>
    <w:p>
      <w:pPr>
        <w:bidi/>
        <w:spacing w:before="120" w:after="40" w:line="300" w:lineRule="auto"/>
        <w:jc w:val="center"/>
        <w:pBdr>
          <w:bottom w:val="single" w:sz="10" w:space="4" w:color="B08D57"/>
        </w:pBdr>
      </w:pPr>
      <w:r>
        <w:rPr>
          <w:rFonts w:ascii="Arial" w:hAnsi="Arial" w:cs="Arial"/>
          <w:b/>
          <w:i w:val="0"/>
          <w:color w:val="14213D"/>
          <w:sz w:val="32"/>
          <w:rtl/>
          <w:szCs w:val="32"/>
          <w:bCs/>
        </w:rPr>
        <w:t>محضر استلام وفحص</w:t>
      </w:r>
    </w:p>
    <w:p>
      <w:pPr>
        <w:bidi/>
        <w:spacing w:before="40" w:after="160" w:line="300" w:lineRule="auto"/>
      </w:pPr>
      <w:r>
        <w:rPr>
          <w:rFonts w:ascii="Arial" w:hAnsi="Arial" w:cs="Arial"/>
          <w:b w:val="0"/>
          <w:i w:val="0"/>
          <w:color w:val="595959"/>
          <w:sz w:val="20"/>
          <w:rtl/>
          <w:szCs w:val="20"/>
        </w:rPr>
        <w:t>[اسم الشركة / الشعار]                      رقم النموذج: ........     التاريخ: ..../..../........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اسم المورد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رقم أمر الشراء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رقم إذن التسليم / الفاتورة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409"/>
            <w:shd w:val="clear" w:color="auto" w:fill="F3F4F7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14213D"/>
                <w:sz w:val="20"/>
                <w:rtl/>
                <w:szCs w:val="20"/>
                <w:bCs/>
              </w:rPr>
              <w:t>تاريخ الاستلام</w:t>
            </w:r>
          </w:p>
        </w:tc>
        <w:tc>
          <w:tcPr>
            <w:tcW w:type="dxa" w:w="2409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567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م</w:t>
            </w:r>
          </w:p>
        </w:tc>
        <w:tc>
          <w:tcPr>
            <w:tcW w:type="dxa" w:w="2551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الصنف</w:t>
            </w:r>
          </w:p>
        </w:tc>
        <w:tc>
          <w:tcPr>
            <w:tcW w:type="dxa" w:w="1417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الكمية المطلوبة</w:t>
            </w:r>
          </w:p>
        </w:tc>
        <w:tc>
          <w:tcPr>
            <w:tcW w:type="dxa" w:w="1417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الكمية المستلمة</w:t>
            </w:r>
          </w:p>
        </w:tc>
        <w:tc>
          <w:tcPr>
            <w:tcW w:type="dxa" w:w="1134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المقبول</w:t>
            </w:r>
          </w:p>
        </w:tc>
        <w:tc>
          <w:tcPr>
            <w:tcW w:type="dxa" w:w="1134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المرفوض</w:t>
            </w:r>
          </w:p>
        </w:tc>
        <w:tc>
          <w:tcPr>
            <w:tcW w:type="dxa" w:w="1701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سبب الرفض</w:t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  <w:tr>
        <w:tc>
          <w:tcPr>
            <w:tcW w:type="dxa" w:w="56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255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417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134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  <w:tc>
          <w:tcPr>
            <w:tcW w:type="dxa" w:w="1701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</w:r>
          </w:p>
        </w:tc>
      </w:tr>
    </w:tbl>
    <w:p>
      <w:pPr>
        <w:bidi/>
        <w:spacing w:before="0" w:after="12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أمين المخزن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الفاحص / الجودة</w:t>
            </w:r>
          </w:p>
        </w:tc>
        <w:tc>
          <w:tcPr>
            <w:tcW w:type="dxa" w:w="3213"/>
            <w:shd w:val="clear" w:color="auto" w:fill="14213D"/>
          </w:tcPr>
          <w:p>
            <w:pPr>
              <w:bidi/>
              <w:spacing w:after="20"/>
            </w:pPr>
            <w:r>
              <w:rPr>
                <w:rFonts w:ascii="Arial" w:hAnsi="Arial" w:cs="Arial"/>
                <w:b/>
                <w:i w:val="0"/>
                <w:color w:val="FFFFFF"/>
                <w:sz w:val="20"/>
                <w:rtl/>
                <w:szCs w:val="20"/>
                <w:bCs/>
              </w:rPr>
              <w:t>مندوب المورد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الاسم:</w:t>
            </w:r>
          </w:p>
        </w:tc>
      </w:tr>
      <w:tr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  <w:tc>
          <w:tcPr>
            <w:tcW w:type="dxa" w:w="3213"/>
          </w:tcPr>
          <w:p>
            <w:pPr>
              <w:bidi/>
              <w:spacing w:after="20"/>
            </w:pPr>
            <w:r>
              <w:rPr>
                <w:rFonts w:ascii="Arial" w:hAnsi="Arial" w:cs="Arial"/>
                <w:b w:val="0"/>
                <w:i w:val="0"/>
                <w:color w:val="000000"/>
                <w:sz w:val="20"/>
                <w:rtl/>
                <w:szCs w:val="20"/>
              </w:rPr>
              <w:t>التوقيع والتاريخ:</w:t>
            </w:r>
          </w:p>
        </w:tc>
      </w:tr>
    </w:tbl>
    <w:p>
      <w:pPr>
        <w:bidi/>
        <w:spacing w:before="0" w:after="160" w:line="300" w:lineRule="auto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i w:val="0"/>
        <w:color w:val="595959"/>
        <w:sz w:val="17"/>
        <w:rtl/>
        <w:szCs w:val="17"/>
      </w:rPr>
      <w:t xml:space="preserve">نموذج مجاني من www.aam-web.com/templates  -  صفحة </w:t>
    </w:r>
    <w:r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pBdr>
        <w:bottom w:val="single" w:sz="6" w:space="4" w:color="B08D57"/>
      </w:pBdr>
    </w:pPr>
    <w:r>
      <w:rPr>
        <w:rFonts w:ascii="Arial" w:hAnsi="Arial" w:cs="Arial"/>
        <w:b w:val="0"/>
        <w:i w:val="0"/>
        <w:color w:val="595959"/>
        <w:sz w:val="17"/>
        <w:rtl/>
        <w:szCs w:val="17"/>
      </w:rPr>
      <w:t>مجلة المحاسب العربي  |  نماذج المشتريات: طلب شراء ومقارنة عروض وأمر شراء ومحضر استلام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