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40" w:line="300" w:lineRule="auto"/>
      </w:pPr>
      <w:r>
        <w:rPr>
          <w:rFonts w:ascii="Arial" w:hAnsi="Arial" w:cs="Arial"/>
          <w:b/>
          <w:i w:val="0"/>
          <w:color w:val="B08D57"/>
          <w:sz w:val="20"/>
          <w:rtl/>
          <w:szCs w:val="20"/>
          <w:bCs/>
        </w:rPr>
        <w:t>مجلة المحاسب العربي</w:t>
      </w:r>
    </w:p>
    <w:p>
      <w:pPr>
        <w:bidi/>
        <w:spacing w:before="0" w:after="80" w:line="300" w:lineRule="auto"/>
        <w:pBdr>
          <w:bottom w:val="single" w:sz="18" w:space="4" w:color="B08D57"/>
        </w:pBdr>
      </w:pPr>
      <w:r>
        <w:rPr>
          <w:rFonts w:ascii="Arial" w:hAnsi="Arial" w:cs="Arial"/>
          <w:b/>
          <w:i w:val="0"/>
          <w:color w:val="14213D"/>
          <w:sz w:val="44"/>
          <w:rtl/>
          <w:szCs w:val="44"/>
          <w:bCs/>
        </w:rPr>
        <w:t>نماذج شؤون الموظفين: إجازة وإذن ومأمورية وسلفة وإخلاء طرف</w:t>
      </w:r>
    </w:p>
    <w:p>
      <w:pPr>
        <w:bidi/>
        <w:spacing w:before="80" w:after="200" w:line="300" w:lineRule="auto"/>
      </w:pPr>
      <w:r>
        <w:rPr>
          <w:rFonts w:ascii="Arial" w:hAnsi="Arial" w:cs="Arial"/>
          <w:b w:val="0"/>
          <w:i w:val="0"/>
          <w:color w:val="595959"/>
          <w:sz w:val="23"/>
          <w:rtl/>
          <w:szCs w:val="23"/>
        </w:rPr>
        <w:t>خمسة نماذج للطباعة يستخدمها قسم الموارد البشرية يوميًا.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bidiVisual/>
      </w:tblPr>
      <w:tblGrid>
        <w:gridCol w:w="9638"/>
      </w:tblGrid>
      <w:tr>
        <w:tc>
          <w:tcPr>
            <w:tcW w:type="dxa" w:w="9638"/>
            <w:shd w:val="clear" w:color="auto" w:fill="F3F4F7"/>
          </w:tcPr>
          <w:p>
            <w:pPr>
              <w:bidi/>
            </w:pPr>
            <w:r>
              <w:rPr>
                <w:rFonts w:ascii="Arial" w:hAnsi="Arial" w:cs="Arial"/>
                <w:b/>
                <w:i w:val="0"/>
                <w:color w:val="14213D"/>
                <w:sz w:val="22"/>
                <w:rtl/>
                <w:szCs w:val="22"/>
                <w:bCs/>
              </w:rPr>
              <w:t>كيف تستخدم هذا النموذج</w:t>
            </w:r>
          </w:p>
          <w:p>
            <w:pPr>
              <w:bidi/>
              <w:spacing w:after="4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  <w:t>•  اكتب اسم الشركة وضع الشعار في كل نموذج.</w:t>
            </w:r>
          </w:p>
          <w:p>
            <w:pPr>
              <w:bidi/>
              <w:spacing w:after="4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  <w:t>•  احفظ النموذج الموقع في ملف الموظف بعد تسجيله.</w:t>
            </w:r>
          </w:p>
          <w:p>
            <w:pPr>
              <w:bidi/>
              <w:spacing w:after="4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  <w:t>•  عدّل البيانات المطلوبة بحسب لائحة شركتك.</w:t>
            </w:r>
          </w:p>
        </w:tc>
      </w:tr>
    </w:tbl>
    <w:p>
      <w:pPr>
        <w:bidi/>
        <w:spacing w:before="0" w:after="80" w:line="300" w:lineRule="auto"/>
      </w:pPr>
    </w:p>
    <w:p>
      <w:pPr>
        <w:bidi/>
        <w:spacing w:before="120" w:after="40" w:line="300" w:lineRule="auto"/>
        <w:jc w:val="center"/>
        <w:pBdr>
          <w:bottom w:val="single" w:sz="10" w:space="4" w:color="B08D57"/>
        </w:pBdr>
      </w:pPr>
      <w:r>
        <w:rPr>
          <w:rFonts w:ascii="Arial" w:hAnsi="Arial" w:cs="Arial"/>
          <w:b/>
          <w:i w:val="0"/>
          <w:color w:val="14213D"/>
          <w:sz w:val="32"/>
          <w:rtl/>
          <w:szCs w:val="32"/>
          <w:bCs/>
        </w:rPr>
        <w:t>طلب إجازة</w:t>
      </w:r>
    </w:p>
    <w:p>
      <w:pPr>
        <w:bidi/>
        <w:spacing w:before="40" w:after="160" w:line="300" w:lineRule="auto"/>
      </w:pPr>
      <w:r>
        <w:rPr>
          <w:rFonts w:ascii="Arial" w:hAnsi="Arial" w:cs="Arial"/>
          <w:b w:val="0"/>
          <w:i w:val="0"/>
          <w:color w:val="595959"/>
          <w:sz w:val="20"/>
          <w:rtl/>
          <w:szCs w:val="20"/>
        </w:rPr>
        <w:t>[اسم الشركة / الشعار]                      رقم النموذج: ........     التاريخ: ..../..../........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3F4F7"/>
          </w:tcPr>
          <w:p>
            <w:pPr>
              <w:bidi/>
              <w:spacing w:after="20"/>
            </w:pPr>
            <w:r>
              <w:rPr>
                <w:rFonts w:ascii="Arial" w:hAnsi="Arial" w:cs="Arial"/>
                <w:b/>
                <w:i w:val="0"/>
                <w:color w:val="14213D"/>
                <w:sz w:val="20"/>
                <w:rtl/>
                <w:szCs w:val="20"/>
                <w:bCs/>
              </w:rPr>
              <w:t>اسم الموظف</w:t>
            </w:r>
          </w:p>
        </w:tc>
        <w:tc>
          <w:tcPr>
            <w:tcW w:type="dxa" w:w="2409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2409"/>
            <w:shd w:val="clear" w:color="auto" w:fill="F3F4F7"/>
          </w:tcPr>
          <w:p>
            <w:pPr>
              <w:bidi/>
              <w:spacing w:after="20"/>
            </w:pPr>
            <w:r>
              <w:rPr>
                <w:rFonts w:ascii="Arial" w:hAnsi="Arial" w:cs="Arial"/>
                <w:b/>
                <w:i w:val="0"/>
                <w:color w:val="14213D"/>
                <w:sz w:val="20"/>
                <w:rtl/>
                <w:szCs w:val="20"/>
                <w:bCs/>
              </w:rPr>
              <w:t>الرقم الوظيفي</w:t>
            </w:r>
          </w:p>
        </w:tc>
        <w:tc>
          <w:tcPr>
            <w:tcW w:type="dxa" w:w="2409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</w:tr>
      <w:tr>
        <w:tc>
          <w:tcPr>
            <w:tcW w:type="dxa" w:w="2409"/>
            <w:shd w:val="clear" w:color="auto" w:fill="F3F4F7"/>
          </w:tcPr>
          <w:p>
            <w:pPr>
              <w:bidi/>
              <w:spacing w:after="20"/>
            </w:pPr>
            <w:r>
              <w:rPr>
                <w:rFonts w:ascii="Arial" w:hAnsi="Arial" w:cs="Arial"/>
                <w:b/>
                <w:i w:val="0"/>
                <w:color w:val="14213D"/>
                <w:sz w:val="20"/>
                <w:rtl/>
                <w:szCs w:val="20"/>
                <w:bCs/>
              </w:rPr>
              <w:t>الإدارة</w:t>
            </w:r>
          </w:p>
        </w:tc>
        <w:tc>
          <w:tcPr>
            <w:tcW w:type="dxa" w:w="2409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2409"/>
            <w:shd w:val="clear" w:color="auto" w:fill="F3F4F7"/>
          </w:tcPr>
          <w:p>
            <w:pPr>
              <w:bidi/>
              <w:spacing w:after="20"/>
            </w:pPr>
            <w:r>
              <w:rPr>
                <w:rFonts w:ascii="Arial" w:hAnsi="Arial" w:cs="Arial"/>
                <w:b/>
                <w:i w:val="0"/>
                <w:color w:val="14213D"/>
                <w:sz w:val="20"/>
                <w:rtl/>
                <w:szCs w:val="20"/>
                <w:bCs/>
              </w:rPr>
              <w:t>الوظيفة</w:t>
            </w:r>
          </w:p>
        </w:tc>
        <w:tc>
          <w:tcPr>
            <w:tcW w:type="dxa" w:w="2409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</w:tr>
      <w:tr>
        <w:tc>
          <w:tcPr>
            <w:tcW w:type="dxa" w:w="2409"/>
            <w:shd w:val="clear" w:color="auto" w:fill="F3F4F7"/>
          </w:tcPr>
          <w:p>
            <w:pPr>
              <w:bidi/>
              <w:spacing w:after="20"/>
            </w:pPr>
            <w:r>
              <w:rPr>
                <w:rFonts w:ascii="Arial" w:hAnsi="Arial" w:cs="Arial"/>
                <w:b/>
                <w:i w:val="0"/>
                <w:color w:val="14213D"/>
                <w:sz w:val="20"/>
                <w:rtl/>
                <w:szCs w:val="20"/>
                <w:bCs/>
              </w:rPr>
              <w:t>نوع الإجازة</w:t>
            </w:r>
          </w:p>
        </w:tc>
        <w:tc>
          <w:tcPr>
            <w:tcW w:type="dxa" w:w="2409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2409"/>
            <w:shd w:val="clear" w:color="auto" w:fill="F3F4F7"/>
          </w:tcPr>
          <w:p>
            <w:pPr>
              <w:bidi/>
              <w:spacing w:after="20"/>
            </w:pPr>
            <w:r>
              <w:rPr>
                <w:rFonts w:ascii="Arial" w:hAnsi="Arial" w:cs="Arial"/>
                <w:b/>
                <w:i w:val="0"/>
                <w:color w:val="14213D"/>
                <w:sz w:val="20"/>
                <w:rtl/>
                <w:szCs w:val="20"/>
                <w:bCs/>
              </w:rPr>
              <w:t>عدد الأيام</w:t>
            </w:r>
          </w:p>
        </w:tc>
        <w:tc>
          <w:tcPr>
            <w:tcW w:type="dxa" w:w="2409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</w:tr>
      <w:tr>
        <w:tc>
          <w:tcPr>
            <w:tcW w:type="dxa" w:w="2409"/>
            <w:shd w:val="clear" w:color="auto" w:fill="F3F4F7"/>
          </w:tcPr>
          <w:p>
            <w:pPr>
              <w:bidi/>
              <w:spacing w:after="20"/>
            </w:pPr>
            <w:r>
              <w:rPr>
                <w:rFonts w:ascii="Arial" w:hAnsi="Arial" w:cs="Arial"/>
                <w:b/>
                <w:i w:val="0"/>
                <w:color w:val="14213D"/>
                <w:sz w:val="20"/>
                <w:rtl/>
                <w:szCs w:val="20"/>
                <w:bCs/>
              </w:rPr>
              <w:t>من تاريخ</w:t>
            </w:r>
          </w:p>
        </w:tc>
        <w:tc>
          <w:tcPr>
            <w:tcW w:type="dxa" w:w="2409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2409"/>
            <w:shd w:val="clear" w:color="auto" w:fill="F3F4F7"/>
          </w:tcPr>
          <w:p>
            <w:pPr>
              <w:bidi/>
              <w:spacing w:after="20"/>
            </w:pPr>
            <w:r>
              <w:rPr>
                <w:rFonts w:ascii="Arial" w:hAnsi="Arial" w:cs="Arial"/>
                <w:b/>
                <w:i w:val="0"/>
                <w:color w:val="14213D"/>
                <w:sz w:val="20"/>
                <w:rtl/>
                <w:szCs w:val="20"/>
                <w:bCs/>
              </w:rPr>
              <w:t>إلى تاريخ</w:t>
            </w:r>
          </w:p>
        </w:tc>
        <w:tc>
          <w:tcPr>
            <w:tcW w:type="dxa" w:w="2409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</w:tr>
      <w:tr>
        <w:tc>
          <w:tcPr>
            <w:tcW w:type="dxa" w:w="2409"/>
            <w:shd w:val="clear" w:color="auto" w:fill="F3F4F7"/>
          </w:tcPr>
          <w:p>
            <w:pPr>
              <w:bidi/>
              <w:spacing w:after="20"/>
            </w:pPr>
            <w:r>
              <w:rPr>
                <w:rFonts w:ascii="Arial" w:hAnsi="Arial" w:cs="Arial"/>
                <w:b/>
                <w:i w:val="0"/>
                <w:color w:val="14213D"/>
                <w:sz w:val="20"/>
                <w:rtl/>
                <w:szCs w:val="20"/>
                <w:bCs/>
              </w:rPr>
              <w:t>القائم بالعمل أثناء الإجازة</w:t>
            </w:r>
          </w:p>
        </w:tc>
        <w:tc>
          <w:tcPr>
            <w:tcW w:type="dxa" w:w="2409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2409"/>
            <w:shd w:val="clear" w:color="auto" w:fill="F3F4F7"/>
          </w:tcPr>
          <w:p>
            <w:pPr>
              <w:bidi/>
              <w:spacing w:after="20"/>
            </w:pPr>
            <w:r>
              <w:rPr>
                <w:rFonts w:ascii="Arial" w:hAnsi="Arial" w:cs="Arial"/>
                <w:b/>
                <w:i w:val="0"/>
                <w:color w:val="14213D"/>
                <w:sz w:val="20"/>
                <w:rtl/>
                <w:szCs w:val="20"/>
                <w:bCs/>
              </w:rPr>
              <w:t>رقم التواصل أثناء الإجازة</w:t>
            </w:r>
          </w:p>
        </w:tc>
        <w:tc>
          <w:tcPr>
            <w:tcW w:type="dxa" w:w="2409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</w:tr>
    </w:tbl>
    <w:p>
      <w:pPr>
        <w:bidi/>
        <w:spacing w:before="0" w:after="120" w:line="300" w:lineRule="auto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bidiVisual/>
      </w:tblPr>
      <w:tblGrid>
        <w:gridCol w:w="3213"/>
        <w:gridCol w:w="3213"/>
        <w:gridCol w:w="3213"/>
      </w:tblGrid>
      <w:tr>
        <w:tc>
          <w:tcPr>
            <w:tcW w:type="dxa" w:w="3402"/>
            <w:shd w:val="clear" w:color="auto" w:fill="14213D"/>
          </w:tcPr>
          <w:p>
            <w:pPr>
              <w:bidi/>
              <w:spacing w:after="20"/>
            </w:pPr>
            <w:r>
              <w:rPr>
                <w:rFonts w:ascii="Arial" w:hAnsi="Arial" w:cs="Arial"/>
                <w:b/>
                <w:i w:val="0"/>
                <w:color w:val="FFFFFF"/>
                <w:sz w:val="20"/>
                <w:rtl/>
                <w:szCs w:val="20"/>
                <w:bCs/>
              </w:rPr>
              <w:t>رصيد الإجازة قبل الطلب</w:t>
            </w:r>
          </w:p>
        </w:tc>
        <w:tc>
          <w:tcPr>
            <w:tcW w:type="dxa" w:w="2835"/>
            <w:shd w:val="clear" w:color="auto" w:fill="14213D"/>
          </w:tcPr>
          <w:p>
            <w:pPr>
              <w:bidi/>
              <w:spacing w:after="20"/>
            </w:pPr>
            <w:r>
              <w:rPr>
                <w:rFonts w:ascii="Arial" w:hAnsi="Arial" w:cs="Arial"/>
                <w:b/>
                <w:i w:val="0"/>
                <w:color w:val="FFFFFF"/>
                <w:sz w:val="20"/>
                <w:rtl/>
                <w:szCs w:val="20"/>
                <w:bCs/>
              </w:rPr>
              <w:t>المطلوب</w:t>
            </w:r>
          </w:p>
        </w:tc>
        <w:tc>
          <w:tcPr>
            <w:tcW w:type="dxa" w:w="3402"/>
            <w:shd w:val="clear" w:color="auto" w:fill="14213D"/>
          </w:tcPr>
          <w:p>
            <w:pPr>
              <w:bidi/>
              <w:spacing w:after="20"/>
            </w:pPr>
            <w:r>
              <w:rPr>
                <w:rFonts w:ascii="Arial" w:hAnsi="Arial" w:cs="Arial"/>
                <w:b/>
                <w:i w:val="0"/>
                <w:color w:val="FFFFFF"/>
                <w:sz w:val="20"/>
                <w:rtl/>
                <w:szCs w:val="20"/>
                <w:bCs/>
              </w:rPr>
              <w:t>الرصيد بعد الطلب</w:t>
            </w:r>
          </w:p>
        </w:tc>
      </w:tr>
      <w:tr>
        <w:tc>
          <w:tcPr>
            <w:tcW w:type="dxa" w:w="3402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2835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3402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</w:tr>
    </w:tbl>
    <w:p>
      <w:pPr>
        <w:bidi/>
        <w:spacing w:before="0" w:after="120" w:line="300" w:lineRule="auto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213"/>
        <w:gridCol w:w="3213"/>
        <w:gridCol w:w="3213"/>
      </w:tblGrid>
      <w:tr>
        <w:tc>
          <w:tcPr>
            <w:tcW w:type="dxa" w:w="3213"/>
            <w:shd w:val="clear" w:color="auto" w:fill="14213D"/>
          </w:tcPr>
          <w:p>
            <w:pPr>
              <w:bidi/>
              <w:spacing w:after="20"/>
            </w:pPr>
            <w:r>
              <w:rPr>
                <w:rFonts w:ascii="Arial" w:hAnsi="Arial" w:cs="Arial"/>
                <w:b/>
                <w:i w:val="0"/>
                <w:color w:val="FFFFFF"/>
                <w:sz w:val="20"/>
                <w:rtl/>
                <w:szCs w:val="20"/>
                <w:bCs/>
              </w:rPr>
              <w:t>الموظف</w:t>
            </w:r>
          </w:p>
        </w:tc>
        <w:tc>
          <w:tcPr>
            <w:tcW w:type="dxa" w:w="3213"/>
            <w:shd w:val="clear" w:color="auto" w:fill="14213D"/>
          </w:tcPr>
          <w:p>
            <w:pPr>
              <w:bidi/>
              <w:spacing w:after="20"/>
            </w:pPr>
            <w:r>
              <w:rPr>
                <w:rFonts w:ascii="Arial" w:hAnsi="Arial" w:cs="Arial"/>
                <w:b/>
                <w:i w:val="0"/>
                <w:color w:val="FFFFFF"/>
                <w:sz w:val="20"/>
                <w:rtl/>
                <w:szCs w:val="20"/>
                <w:bCs/>
              </w:rPr>
              <w:t>المدير المباشر</w:t>
            </w:r>
          </w:p>
        </w:tc>
        <w:tc>
          <w:tcPr>
            <w:tcW w:type="dxa" w:w="3213"/>
            <w:shd w:val="clear" w:color="auto" w:fill="14213D"/>
          </w:tcPr>
          <w:p>
            <w:pPr>
              <w:bidi/>
              <w:spacing w:after="20"/>
            </w:pPr>
            <w:r>
              <w:rPr>
                <w:rFonts w:ascii="Arial" w:hAnsi="Arial" w:cs="Arial"/>
                <w:b/>
                <w:i w:val="0"/>
                <w:color w:val="FFFFFF"/>
                <w:sz w:val="20"/>
                <w:rtl/>
                <w:szCs w:val="20"/>
                <w:bCs/>
              </w:rPr>
              <w:t>الموارد البشرية</w:t>
            </w:r>
          </w:p>
        </w:tc>
      </w:tr>
      <w:tr>
        <w:tc>
          <w:tcPr>
            <w:tcW w:type="dxa" w:w="3213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  <w:t>الاسم:</w:t>
            </w:r>
          </w:p>
        </w:tc>
        <w:tc>
          <w:tcPr>
            <w:tcW w:type="dxa" w:w="3213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  <w:t>الاسم:</w:t>
            </w:r>
          </w:p>
        </w:tc>
        <w:tc>
          <w:tcPr>
            <w:tcW w:type="dxa" w:w="3213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  <w:t>الاسم:</w:t>
            </w:r>
          </w:p>
        </w:tc>
      </w:tr>
      <w:tr>
        <w:tc>
          <w:tcPr>
            <w:tcW w:type="dxa" w:w="3213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  <w:t>التوقيع والتاريخ:</w:t>
            </w:r>
          </w:p>
        </w:tc>
        <w:tc>
          <w:tcPr>
            <w:tcW w:type="dxa" w:w="3213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  <w:t>التوقيع والتاريخ:</w:t>
            </w:r>
          </w:p>
        </w:tc>
        <w:tc>
          <w:tcPr>
            <w:tcW w:type="dxa" w:w="3213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  <w:t>التوقيع والتاريخ:</w:t>
            </w:r>
          </w:p>
        </w:tc>
      </w:tr>
    </w:tbl>
    <w:p>
      <w:pPr>
        <w:bidi/>
        <w:spacing w:before="0" w:after="160" w:line="300" w:lineRule="auto"/>
      </w:pPr>
    </w:p>
    <w:p>
      <w:r>
        <w:br w:type="page"/>
      </w:r>
    </w:p>
    <w:p>
      <w:pPr>
        <w:bidi/>
        <w:spacing w:before="120" w:after="40" w:line="300" w:lineRule="auto"/>
        <w:jc w:val="center"/>
        <w:pBdr>
          <w:bottom w:val="single" w:sz="10" w:space="4" w:color="B08D57"/>
        </w:pBdr>
      </w:pPr>
      <w:r>
        <w:rPr>
          <w:rFonts w:ascii="Arial" w:hAnsi="Arial" w:cs="Arial"/>
          <w:b/>
          <w:i w:val="0"/>
          <w:color w:val="14213D"/>
          <w:sz w:val="32"/>
          <w:rtl/>
          <w:szCs w:val="32"/>
          <w:bCs/>
        </w:rPr>
        <w:t>إذن خروج / تأخير</w:t>
      </w:r>
    </w:p>
    <w:p>
      <w:pPr>
        <w:bidi/>
        <w:spacing w:before="40" w:after="160" w:line="300" w:lineRule="auto"/>
      </w:pPr>
      <w:r>
        <w:rPr>
          <w:rFonts w:ascii="Arial" w:hAnsi="Arial" w:cs="Arial"/>
          <w:b w:val="0"/>
          <w:i w:val="0"/>
          <w:color w:val="595959"/>
          <w:sz w:val="20"/>
          <w:rtl/>
          <w:szCs w:val="20"/>
        </w:rPr>
        <w:t>[اسم الشركة / الشعار]                      رقم النموذج: ........     التاريخ: ..../..../........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3F4F7"/>
          </w:tcPr>
          <w:p>
            <w:pPr>
              <w:bidi/>
              <w:spacing w:after="20"/>
            </w:pPr>
            <w:r>
              <w:rPr>
                <w:rFonts w:ascii="Arial" w:hAnsi="Arial" w:cs="Arial"/>
                <w:b/>
                <w:i w:val="0"/>
                <w:color w:val="14213D"/>
                <w:sz w:val="20"/>
                <w:rtl/>
                <w:szCs w:val="20"/>
                <w:bCs/>
              </w:rPr>
              <w:t>اسم الموظف</w:t>
            </w:r>
          </w:p>
        </w:tc>
        <w:tc>
          <w:tcPr>
            <w:tcW w:type="dxa" w:w="2409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2409"/>
            <w:shd w:val="clear" w:color="auto" w:fill="F3F4F7"/>
          </w:tcPr>
          <w:p>
            <w:pPr>
              <w:bidi/>
              <w:spacing w:after="20"/>
            </w:pPr>
            <w:r>
              <w:rPr>
                <w:rFonts w:ascii="Arial" w:hAnsi="Arial" w:cs="Arial"/>
                <w:b/>
                <w:i w:val="0"/>
                <w:color w:val="14213D"/>
                <w:sz w:val="20"/>
                <w:rtl/>
                <w:szCs w:val="20"/>
                <w:bCs/>
              </w:rPr>
              <w:t>الإدارة</w:t>
            </w:r>
          </w:p>
        </w:tc>
        <w:tc>
          <w:tcPr>
            <w:tcW w:type="dxa" w:w="2409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</w:tr>
      <w:tr>
        <w:tc>
          <w:tcPr>
            <w:tcW w:type="dxa" w:w="2409"/>
            <w:shd w:val="clear" w:color="auto" w:fill="F3F4F7"/>
          </w:tcPr>
          <w:p>
            <w:pPr>
              <w:bidi/>
              <w:spacing w:after="20"/>
            </w:pPr>
            <w:r>
              <w:rPr>
                <w:rFonts w:ascii="Arial" w:hAnsi="Arial" w:cs="Arial"/>
                <w:b/>
                <w:i w:val="0"/>
                <w:color w:val="14213D"/>
                <w:sz w:val="20"/>
                <w:rtl/>
                <w:szCs w:val="20"/>
                <w:bCs/>
              </w:rPr>
              <w:t>التاريخ</w:t>
            </w:r>
          </w:p>
        </w:tc>
        <w:tc>
          <w:tcPr>
            <w:tcW w:type="dxa" w:w="2409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2409"/>
            <w:shd w:val="clear" w:color="auto" w:fill="F3F4F7"/>
          </w:tcPr>
          <w:p>
            <w:pPr>
              <w:bidi/>
              <w:spacing w:after="20"/>
            </w:pPr>
            <w:r>
              <w:rPr>
                <w:rFonts w:ascii="Arial" w:hAnsi="Arial" w:cs="Arial"/>
                <w:b/>
                <w:i w:val="0"/>
                <w:color w:val="14213D"/>
                <w:sz w:val="20"/>
                <w:rtl/>
                <w:szCs w:val="20"/>
                <w:bCs/>
              </w:rPr>
              <w:t>نوع الإذن (خروج / تأخير صباحي)</w:t>
            </w:r>
          </w:p>
        </w:tc>
        <w:tc>
          <w:tcPr>
            <w:tcW w:type="dxa" w:w="2409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</w:tr>
      <w:tr>
        <w:tc>
          <w:tcPr>
            <w:tcW w:type="dxa" w:w="2409"/>
            <w:shd w:val="clear" w:color="auto" w:fill="F3F4F7"/>
          </w:tcPr>
          <w:p>
            <w:pPr>
              <w:bidi/>
              <w:spacing w:after="20"/>
            </w:pPr>
            <w:r>
              <w:rPr>
                <w:rFonts w:ascii="Arial" w:hAnsi="Arial" w:cs="Arial"/>
                <w:b/>
                <w:i w:val="0"/>
                <w:color w:val="14213D"/>
                <w:sz w:val="20"/>
                <w:rtl/>
                <w:szCs w:val="20"/>
                <w:bCs/>
              </w:rPr>
              <w:t>من الساعة</w:t>
            </w:r>
          </w:p>
        </w:tc>
        <w:tc>
          <w:tcPr>
            <w:tcW w:type="dxa" w:w="2409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2409"/>
            <w:shd w:val="clear" w:color="auto" w:fill="F3F4F7"/>
          </w:tcPr>
          <w:p>
            <w:pPr>
              <w:bidi/>
              <w:spacing w:after="20"/>
            </w:pPr>
            <w:r>
              <w:rPr>
                <w:rFonts w:ascii="Arial" w:hAnsi="Arial" w:cs="Arial"/>
                <w:b/>
                <w:i w:val="0"/>
                <w:color w:val="14213D"/>
                <w:sz w:val="20"/>
                <w:rtl/>
                <w:szCs w:val="20"/>
                <w:bCs/>
              </w:rPr>
              <w:t>إلى الساعة</w:t>
            </w:r>
          </w:p>
        </w:tc>
        <w:tc>
          <w:tcPr>
            <w:tcW w:type="dxa" w:w="2409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</w:tr>
      <w:tr>
        <w:tc>
          <w:tcPr>
            <w:tcW w:type="dxa" w:w="2409"/>
            <w:shd w:val="clear" w:color="auto" w:fill="F3F4F7"/>
          </w:tcPr>
          <w:p>
            <w:pPr>
              <w:bidi/>
              <w:spacing w:after="20"/>
            </w:pPr>
            <w:r>
              <w:rPr>
                <w:rFonts w:ascii="Arial" w:hAnsi="Arial" w:cs="Arial"/>
                <w:b/>
                <w:i w:val="0"/>
                <w:color w:val="14213D"/>
                <w:sz w:val="20"/>
                <w:rtl/>
                <w:szCs w:val="20"/>
                <w:bCs/>
              </w:rPr>
              <w:t>السبب</w:t>
            </w:r>
          </w:p>
        </w:tc>
        <w:tc>
          <w:tcPr>
            <w:tcW w:type="dxa" w:w="2409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</w:tbl>
    <w:p>
      <w:pPr>
        <w:bidi/>
        <w:spacing w:before="0" w:after="120" w:line="300" w:lineRule="auto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213"/>
        <w:gridCol w:w="3213"/>
        <w:gridCol w:w="3213"/>
      </w:tblGrid>
      <w:tr>
        <w:tc>
          <w:tcPr>
            <w:tcW w:type="dxa" w:w="3213"/>
            <w:shd w:val="clear" w:color="auto" w:fill="14213D"/>
          </w:tcPr>
          <w:p>
            <w:pPr>
              <w:bidi/>
              <w:spacing w:after="20"/>
            </w:pPr>
            <w:r>
              <w:rPr>
                <w:rFonts w:ascii="Arial" w:hAnsi="Arial" w:cs="Arial"/>
                <w:b/>
                <w:i w:val="0"/>
                <w:color w:val="FFFFFF"/>
                <w:sz w:val="20"/>
                <w:rtl/>
                <w:szCs w:val="20"/>
                <w:bCs/>
              </w:rPr>
              <w:t>الموظف</w:t>
            </w:r>
          </w:p>
        </w:tc>
        <w:tc>
          <w:tcPr>
            <w:tcW w:type="dxa" w:w="3213"/>
            <w:shd w:val="clear" w:color="auto" w:fill="14213D"/>
          </w:tcPr>
          <w:p>
            <w:pPr>
              <w:bidi/>
              <w:spacing w:after="20"/>
            </w:pPr>
            <w:r>
              <w:rPr>
                <w:rFonts w:ascii="Arial" w:hAnsi="Arial" w:cs="Arial"/>
                <w:b/>
                <w:i w:val="0"/>
                <w:color w:val="FFFFFF"/>
                <w:sz w:val="20"/>
                <w:rtl/>
                <w:szCs w:val="20"/>
                <w:bCs/>
              </w:rPr>
              <w:t>المدير المباشر</w:t>
            </w:r>
          </w:p>
        </w:tc>
        <w:tc>
          <w:tcPr>
            <w:tcW w:type="dxa" w:w="3213"/>
            <w:shd w:val="clear" w:color="auto" w:fill="14213D"/>
          </w:tcPr>
          <w:p>
            <w:pPr>
              <w:bidi/>
              <w:spacing w:after="20"/>
            </w:pPr>
            <w:r>
              <w:rPr>
                <w:rFonts w:ascii="Arial" w:hAnsi="Arial" w:cs="Arial"/>
                <w:b/>
                <w:i w:val="0"/>
                <w:color w:val="FFFFFF"/>
                <w:sz w:val="20"/>
                <w:rtl/>
                <w:szCs w:val="20"/>
                <w:bCs/>
              </w:rPr>
              <w:t>الأمن / الاستقبال</w:t>
            </w:r>
          </w:p>
        </w:tc>
      </w:tr>
      <w:tr>
        <w:tc>
          <w:tcPr>
            <w:tcW w:type="dxa" w:w="3213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  <w:t>الاسم:</w:t>
            </w:r>
          </w:p>
        </w:tc>
        <w:tc>
          <w:tcPr>
            <w:tcW w:type="dxa" w:w="3213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  <w:t>الاسم:</w:t>
            </w:r>
          </w:p>
        </w:tc>
        <w:tc>
          <w:tcPr>
            <w:tcW w:type="dxa" w:w="3213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  <w:t>الاسم:</w:t>
            </w:r>
          </w:p>
        </w:tc>
      </w:tr>
      <w:tr>
        <w:tc>
          <w:tcPr>
            <w:tcW w:type="dxa" w:w="3213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  <w:t>التوقيع والتاريخ:</w:t>
            </w:r>
          </w:p>
        </w:tc>
        <w:tc>
          <w:tcPr>
            <w:tcW w:type="dxa" w:w="3213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  <w:t>التوقيع والتاريخ:</w:t>
            </w:r>
          </w:p>
        </w:tc>
        <w:tc>
          <w:tcPr>
            <w:tcW w:type="dxa" w:w="3213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  <w:t>التوقيع والتاريخ:</w:t>
            </w:r>
          </w:p>
        </w:tc>
      </w:tr>
    </w:tbl>
    <w:p>
      <w:pPr>
        <w:bidi/>
        <w:spacing w:before="0" w:after="160" w:line="300" w:lineRule="auto"/>
      </w:pPr>
    </w:p>
    <w:p>
      <w:pPr>
        <w:bidi/>
        <w:spacing w:before="120" w:after="40" w:line="300" w:lineRule="auto"/>
        <w:jc w:val="center"/>
        <w:pBdr>
          <w:bottom w:val="single" w:sz="10" w:space="4" w:color="B08D57"/>
        </w:pBdr>
      </w:pPr>
      <w:r>
        <w:rPr>
          <w:rFonts w:ascii="Arial" w:hAnsi="Arial" w:cs="Arial"/>
          <w:b/>
          <w:i w:val="0"/>
          <w:color w:val="14213D"/>
          <w:sz w:val="32"/>
          <w:rtl/>
          <w:szCs w:val="32"/>
          <w:bCs/>
        </w:rPr>
        <w:t>تكليف بمأمورية عمل</w:t>
      </w:r>
    </w:p>
    <w:p>
      <w:pPr>
        <w:bidi/>
        <w:spacing w:before="40" w:after="160" w:line="300" w:lineRule="auto"/>
      </w:pPr>
      <w:r>
        <w:rPr>
          <w:rFonts w:ascii="Arial" w:hAnsi="Arial" w:cs="Arial"/>
          <w:b w:val="0"/>
          <w:i w:val="0"/>
          <w:color w:val="595959"/>
          <w:sz w:val="20"/>
          <w:rtl/>
          <w:szCs w:val="20"/>
        </w:rPr>
        <w:t>[اسم الشركة / الشعار]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3F4F7"/>
          </w:tcPr>
          <w:p>
            <w:pPr>
              <w:bidi/>
              <w:spacing w:after="20"/>
            </w:pPr>
            <w:r>
              <w:rPr>
                <w:rFonts w:ascii="Arial" w:hAnsi="Arial" w:cs="Arial"/>
                <w:b/>
                <w:i w:val="0"/>
                <w:color w:val="14213D"/>
                <w:sz w:val="20"/>
                <w:rtl/>
                <w:szCs w:val="20"/>
                <w:bCs/>
              </w:rPr>
              <w:t>اسم الموظف</w:t>
            </w:r>
          </w:p>
        </w:tc>
        <w:tc>
          <w:tcPr>
            <w:tcW w:type="dxa" w:w="2409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2409"/>
            <w:shd w:val="clear" w:color="auto" w:fill="F3F4F7"/>
          </w:tcPr>
          <w:p>
            <w:pPr>
              <w:bidi/>
              <w:spacing w:after="20"/>
            </w:pPr>
            <w:r>
              <w:rPr>
                <w:rFonts w:ascii="Arial" w:hAnsi="Arial" w:cs="Arial"/>
                <w:b/>
                <w:i w:val="0"/>
                <w:color w:val="14213D"/>
                <w:sz w:val="20"/>
                <w:rtl/>
                <w:szCs w:val="20"/>
                <w:bCs/>
              </w:rPr>
              <w:t>الإدارة</w:t>
            </w:r>
          </w:p>
        </w:tc>
        <w:tc>
          <w:tcPr>
            <w:tcW w:type="dxa" w:w="2409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</w:tr>
      <w:tr>
        <w:tc>
          <w:tcPr>
            <w:tcW w:type="dxa" w:w="2409"/>
            <w:shd w:val="clear" w:color="auto" w:fill="F3F4F7"/>
          </w:tcPr>
          <w:p>
            <w:pPr>
              <w:bidi/>
              <w:spacing w:after="20"/>
            </w:pPr>
            <w:r>
              <w:rPr>
                <w:rFonts w:ascii="Arial" w:hAnsi="Arial" w:cs="Arial"/>
                <w:b/>
                <w:i w:val="0"/>
                <w:color w:val="14213D"/>
                <w:sz w:val="20"/>
                <w:rtl/>
                <w:szCs w:val="20"/>
                <w:bCs/>
              </w:rPr>
              <w:t>جهة المأمورية</w:t>
            </w:r>
          </w:p>
        </w:tc>
        <w:tc>
          <w:tcPr>
            <w:tcW w:type="dxa" w:w="2409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2409"/>
            <w:shd w:val="clear" w:color="auto" w:fill="F3F4F7"/>
          </w:tcPr>
          <w:p>
            <w:pPr>
              <w:bidi/>
              <w:spacing w:after="20"/>
            </w:pPr>
            <w:r>
              <w:rPr>
                <w:rFonts w:ascii="Arial" w:hAnsi="Arial" w:cs="Arial"/>
                <w:b/>
                <w:i w:val="0"/>
                <w:color w:val="14213D"/>
                <w:sz w:val="20"/>
                <w:rtl/>
                <w:szCs w:val="20"/>
                <w:bCs/>
              </w:rPr>
              <w:t>الغرض</w:t>
            </w:r>
          </w:p>
        </w:tc>
        <w:tc>
          <w:tcPr>
            <w:tcW w:type="dxa" w:w="2409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</w:tr>
      <w:tr>
        <w:tc>
          <w:tcPr>
            <w:tcW w:type="dxa" w:w="2409"/>
            <w:shd w:val="clear" w:color="auto" w:fill="F3F4F7"/>
          </w:tcPr>
          <w:p>
            <w:pPr>
              <w:bidi/>
              <w:spacing w:after="20"/>
            </w:pPr>
            <w:r>
              <w:rPr>
                <w:rFonts w:ascii="Arial" w:hAnsi="Arial" w:cs="Arial"/>
                <w:b/>
                <w:i w:val="0"/>
                <w:color w:val="14213D"/>
                <w:sz w:val="20"/>
                <w:rtl/>
                <w:szCs w:val="20"/>
                <w:bCs/>
              </w:rPr>
              <w:t>من تاريخ</w:t>
            </w:r>
          </w:p>
        </w:tc>
        <w:tc>
          <w:tcPr>
            <w:tcW w:type="dxa" w:w="2409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2409"/>
            <w:shd w:val="clear" w:color="auto" w:fill="F3F4F7"/>
          </w:tcPr>
          <w:p>
            <w:pPr>
              <w:bidi/>
              <w:spacing w:after="20"/>
            </w:pPr>
            <w:r>
              <w:rPr>
                <w:rFonts w:ascii="Arial" w:hAnsi="Arial" w:cs="Arial"/>
                <w:b/>
                <w:i w:val="0"/>
                <w:color w:val="14213D"/>
                <w:sz w:val="20"/>
                <w:rtl/>
                <w:szCs w:val="20"/>
                <w:bCs/>
              </w:rPr>
              <w:t>إلى تاريخ</w:t>
            </w:r>
          </w:p>
        </w:tc>
        <w:tc>
          <w:tcPr>
            <w:tcW w:type="dxa" w:w="2409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</w:tr>
      <w:tr>
        <w:tc>
          <w:tcPr>
            <w:tcW w:type="dxa" w:w="2409"/>
            <w:shd w:val="clear" w:color="auto" w:fill="F3F4F7"/>
          </w:tcPr>
          <w:p>
            <w:pPr>
              <w:bidi/>
              <w:spacing w:after="20"/>
            </w:pPr>
            <w:r>
              <w:rPr>
                <w:rFonts w:ascii="Arial" w:hAnsi="Arial" w:cs="Arial"/>
                <w:b/>
                <w:i w:val="0"/>
                <w:color w:val="14213D"/>
                <w:sz w:val="20"/>
                <w:rtl/>
                <w:szCs w:val="20"/>
                <w:bCs/>
              </w:rPr>
              <w:t>وسيلة الانتقال</w:t>
            </w:r>
          </w:p>
        </w:tc>
        <w:tc>
          <w:tcPr>
            <w:tcW w:type="dxa" w:w="2409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2409"/>
            <w:shd w:val="clear" w:color="auto" w:fill="F3F4F7"/>
          </w:tcPr>
          <w:p>
            <w:pPr>
              <w:bidi/>
              <w:spacing w:after="20"/>
            </w:pPr>
            <w:r>
              <w:rPr>
                <w:rFonts w:ascii="Arial" w:hAnsi="Arial" w:cs="Arial"/>
                <w:b/>
                <w:i w:val="0"/>
                <w:color w:val="14213D"/>
                <w:sz w:val="20"/>
                <w:rtl/>
                <w:szCs w:val="20"/>
                <w:bCs/>
              </w:rPr>
              <w:t>السلفة المطلوبة</w:t>
            </w:r>
          </w:p>
        </w:tc>
        <w:tc>
          <w:tcPr>
            <w:tcW w:type="dxa" w:w="2409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</w:tr>
    </w:tbl>
    <w:p>
      <w:pPr>
        <w:bidi/>
        <w:spacing w:before="0" w:after="120" w:line="300" w:lineRule="auto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213"/>
        <w:gridCol w:w="3213"/>
        <w:gridCol w:w="3213"/>
      </w:tblGrid>
      <w:tr>
        <w:tc>
          <w:tcPr>
            <w:tcW w:type="dxa" w:w="3213"/>
            <w:shd w:val="clear" w:color="auto" w:fill="14213D"/>
          </w:tcPr>
          <w:p>
            <w:pPr>
              <w:bidi/>
              <w:spacing w:after="20"/>
            </w:pPr>
            <w:r>
              <w:rPr>
                <w:rFonts w:ascii="Arial" w:hAnsi="Arial" w:cs="Arial"/>
                <w:b/>
                <w:i w:val="0"/>
                <w:color w:val="FFFFFF"/>
                <w:sz w:val="20"/>
                <w:rtl/>
                <w:szCs w:val="20"/>
                <w:bCs/>
              </w:rPr>
              <w:t>الموظف</w:t>
            </w:r>
          </w:p>
        </w:tc>
        <w:tc>
          <w:tcPr>
            <w:tcW w:type="dxa" w:w="3213"/>
            <w:shd w:val="clear" w:color="auto" w:fill="14213D"/>
          </w:tcPr>
          <w:p>
            <w:pPr>
              <w:bidi/>
              <w:spacing w:after="20"/>
            </w:pPr>
            <w:r>
              <w:rPr>
                <w:rFonts w:ascii="Arial" w:hAnsi="Arial" w:cs="Arial"/>
                <w:b/>
                <w:i w:val="0"/>
                <w:color w:val="FFFFFF"/>
                <w:sz w:val="20"/>
                <w:rtl/>
                <w:szCs w:val="20"/>
                <w:bCs/>
              </w:rPr>
              <w:t>المدير المباشر</w:t>
            </w:r>
          </w:p>
        </w:tc>
        <w:tc>
          <w:tcPr>
            <w:tcW w:type="dxa" w:w="3213"/>
            <w:shd w:val="clear" w:color="auto" w:fill="14213D"/>
          </w:tcPr>
          <w:p>
            <w:pPr>
              <w:bidi/>
              <w:spacing w:after="20"/>
            </w:pPr>
            <w:r>
              <w:rPr>
                <w:rFonts w:ascii="Arial" w:hAnsi="Arial" w:cs="Arial"/>
                <w:b/>
                <w:i w:val="0"/>
                <w:color w:val="FFFFFF"/>
                <w:sz w:val="20"/>
                <w:rtl/>
                <w:szCs w:val="20"/>
                <w:bCs/>
              </w:rPr>
              <w:t>الموارد البشرية</w:t>
            </w:r>
          </w:p>
        </w:tc>
      </w:tr>
      <w:tr>
        <w:tc>
          <w:tcPr>
            <w:tcW w:type="dxa" w:w="3213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  <w:t>الاسم:</w:t>
            </w:r>
          </w:p>
        </w:tc>
        <w:tc>
          <w:tcPr>
            <w:tcW w:type="dxa" w:w="3213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  <w:t>الاسم:</w:t>
            </w:r>
          </w:p>
        </w:tc>
        <w:tc>
          <w:tcPr>
            <w:tcW w:type="dxa" w:w="3213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  <w:t>الاسم:</w:t>
            </w:r>
          </w:p>
        </w:tc>
      </w:tr>
      <w:tr>
        <w:tc>
          <w:tcPr>
            <w:tcW w:type="dxa" w:w="3213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  <w:t>التوقيع والتاريخ:</w:t>
            </w:r>
          </w:p>
        </w:tc>
        <w:tc>
          <w:tcPr>
            <w:tcW w:type="dxa" w:w="3213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  <w:t>التوقيع والتاريخ:</w:t>
            </w:r>
          </w:p>
        </w:tc>
        <w:tc>
          <w:tcPr>
            <w:tcW w:type="dxa" w:w="3213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  <w:t>التوقيع والتاريخ:</w:t>
            </w:r>
          </w:p>
        </w:tc>
      </w:tr>
    </w:tbl>
    <w:p>
      <w:pPr>
        <w:bidi/>
        <w:spacing w:before="0" w:after="160" w:line="300" w:lineRule="auto"/>
      </w:pPr>
    </w:p>
    <w:p>
      <w:r>
        <w:br w:type="page"/>
      </w:r>
    </w:p>
    <w:p>
      <w:pPr>
        <w:bidi/>
        <w:spacing w:before="120" w:after="40" w:line="300" w:lineRule="auto"/>
        <w:jc w:val="center"/>
        <w:pBdr>
          <w:bottom w:val="single" w:sz="10" w:space="4" w:color="B08D57"/>
        </w:pBdr>
      </w:pPr>
      <w:r>
        <w:rPr>
          <w:rFonts w:ascii="Arial" w:hAnsi="Arial" w:cs="Arial"/>
          <w:b/>
          <w:i w:val="0"/>
          <w:color w:val="14213D"/>
          <w:sz w:val="32"/>
          <w:rtl/>
          <w:szCs w:val="32"/>
          <w:bCs/>
        </w:rPr>
        <w:t>طلب سلفة</w:t>
      </w:r>
    </w:p>
    <w:p>
      <w:pPr>
        <w:bidi/>
        <w:spacing w:before="40" w:after="160" w:line="300" w:lineRule="auto"/>
      </w:pPr>
      <w:r>
        <w:rPr>
          <w:rFonts w:ascii="Arial" w:hAnsi="Arial" w:cs="Arial"/>
          <w:b w:val="0"/>
          <w:i w:val="0"/>
          <w:color w:val="595959"/>
          <w:sz w:val="20"/>
          <w:rtl/>
          <w:szCs w:val="20"/>
        </w:rPr>
        <w:t>[اسم الشركة / الشعار]                      رقم النموذج: ........     التاريخ: ..../..../........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3F4F7"/>
          </w:tcPr>
          <w:p>
            <w:pPr>
              <w:bidi/>
              <w:spacing w:after="20"/>
            </w:pPr>
            <w:r>
              <w:rPr>
                <w:rFonts w:ascii="Arial" w:hAnsi="Arial" w:cs="Arial"/>
                <w:b/>
                <w:i w:val="0"/>
                <w:color w:val="14213D"/>
                <w:sz w:val="20"/>
                <w:rtl/>
                <w:szCs w:val="20"/>
                <w:bCs/>
              </w:rPr>
              <w:t>اسم الموظف</w:t>
            </w:r>
          </w:p>
        </w:tc>
        <w:tc>
          <w:tcPr>
            <w:tcW w:type="dxa" w:w="2409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2409"/>
            <w:shd w:val="clear" w:color="auto" w:fill="F3F4F7"/>
          </w:tcPr>
          <w:p>
            <w:pPr>
              <w:bidi/>
              <w:spacing w:after="20"/>
            </w:pPr>
            <w:r>
              <w:rPr>
                <w:rFonts w:ascii="Arial" w:hAnsi="Arial" w:cs="Arial"/>
                <w:b/>
                <w:i w:val="0"/>
                <w:color w:val="14213D"/>
                <w:sz w:val="20"/>
                <w:rtl/>
                <w:szCs w:val="20"/>
                <w:bCs/>
              </w:rPr>
              <w:t>الرقم الوظيفي</w:t>
            </w:r>
          </w:p>
        </w:tc>
        <w:tc>
          <w:tcPr>
            <w:tcW w:type="dxa" w:w="2409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</w:tr>
      <w:tr>
        <w:tc>
          <w:tcPr>
            <w:tcW w:type="dxa" w:w="2409"/>
            <w:shd w:val="clear" w:color="auto" w:fill="F3F4F7"/>
          </w:tcPr>
          <w:p>
            <w:pPr>
              <w:bidi/>
              <w:spacing w:after="20"/>
            </w:pPr>
            <w:r>
              <w:rPr>
                <w:rFonts w:ascii="Arial" w:hAnsi="Arial" w:cs="Arial"/>
                <w:b/>
                <w:i w:val="0"/>
                <w:color w:val="14213D"/>
                <w:sz w:val="20"/>
                <w:rtl/>
                <w:szCs w:val="20"/>
                <w:bCs/>
              </w:rPr>
              <w:t>الراتب الأساسي</w:t>
            </w:r>
          </w:p>
        </w:tc>
        <w:tc>
          <w:tcPr>
            <w:tcW w:type="dxa" w:w="2409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2409"/>
            <w:shd w:val="clear" w:color="auto" w:fill="F3F4F7"/>
          </w:tcPr>
          <w:p>
            <w:pPr>
              <w:bidi/>
              <w:spacing w:after="20"/>
            </w:pPr>
            <w:r>
              <w:rPr>
                <w:rFonts w:ascii="Arial" w:hAnsi="Arial" w:cs="Arial"/>
                <w:b/>
                <w:i w:val="0"/>
                <w:color w:val="14213D"/>
                <w:sz w:val="20"/>
                <w:rtl/>
                <w:szCs w:val="20"/>
                <w:bCs/>
              </w:rPr>
              <w:t>مبلغ السلفة المطلوب</w:t>
            </w:r>
          </w:p>
        </w:tc>
        <w:tc>
          <w:tcPr>
            <w:tcW w:type="dxa" w:w="2409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</w:tr>
      <w:tr>
        <w:tc>
          <w:tcPr>
            <w:tcW w:type="dxa" w:w="2409"/>
            <w:shd w:val="clear" w:color="auto" w:fill="F3F4F7"/>
          </w:tcPr>
          <w:p>
            <w:pPr>
              <w:bidi/>
              <w:spacing w:after="20"/>
            </w:pPr>
            <w:r>
              <w:rPr>
                <w:rFonts w:ascii="Arial" w:hAnsi="Arial" w:cs="Arial"/>
                <w:b/>
                <w:i w:val="0"/>
                <w:color w:val="14213D"/>
                <w:sz w:val="20"/>
                <w:rtl/>
                <w:szCs w:val="20"/>
                <w:bCs/>
              </w:rPr>
              <w:t>سبب السلفة</w:t>
            </w:r>
          </w:p>
        </w:tc>
        <w:tc>
          <w:tcPr>
            <w:tcW w:type="dxa" w:w="2409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2409"/>
            <w:shd w:val="clear" w:color="auto" w:fill="F3F4F7"/>
          </w:tcPr>
          <w:p>
            <w:pPr>
              <w:bidi/>
              <w:spacing w:after="20"/>
            </w:pPr>
            <w:r>
              <w:rPr>
                <w:rFonts w:ascii="Arial" w:hAnsi="Arial" w:cs="Arial"/>
                <w:b/>
                <w:i w:val="0"/>
                <w:color w:val="14213D"/>
                <w:sz w:val="20"/>
                <w:rtl/>
                <w:szCs w:val="20"/>
                <w:bCs/>
              </w:rPr>
              <w:t>عدد الأقساط</w:t>
            </w:r>
          </w:p>
        </w:tc>
        <w:tc>
          <w:tcPr>
            <w:tcW w:type="dxa" w:w="2409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</w:tr>
      <w:tr>
        <w:tc>
          <w:tcPr>
            <w:tcW w:type="dxa" w:w="2409"/>
            <w:shd w:val="clear" w:color="auto" w:fill="F3F4F7"/>
          </w:tcPr>
          <w:p>
            <w:pPr>
              <w:bidi/>
              <w:spacing w:after="20"/>
            </w:pPr>
            <w:r>
              <w:rPr>
                <w:rFonts w:ascii="Arial" w:hAnsi="Arial" w:cs="Arial"/>
                <w:b/>
                <w:i w:val="0"/>
                <w:color w:val="14213D"/>
                <w:sz w:val="20"/>
                <w:rtl/>
                <w:szCs w:val="20"/>
                <w:bCs/>
              </w:rPr>
              <w:t>قيمة القسط</w:t>
            </w:r>
          </w:p>
        </w:tc>
        <w:tc>
          <w:tcPr>
            <w:tcW w:type="dxa" w:w="2409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2409"/>
            <w:shd w:val="clear" w:color="auto" w:fill="F3F4F7"/>
          </w:tcPr>
          <w:p>
            <w:pPr>
              <w:bidi/>
              <w:spacing w:after="20"/>
            </w:pPr>
            <w:r>
              <w:rPr>
                <w:rFonts w:ascii="Arial" w:hAnsi="Arial" w:cs="Arial"/>
                <w:b/>
                <w:i w:val="0"/>
                <w:color w:val="14213D"/>
                <w:sz w:val="20"/>
                <w:rtl/>
                <w:szCs w:val="20"/>
                <w:bCs/>
              </w:rPr>
              <w:t>يبدأ الخصم من شهر</w:t>
            </w:r>
          </w:p>
        </w:tc>
        <w:tc>
          <w:tcPr>
            <w:tcW w:type="dxa" w:w="2409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</w:tr>
    </w:tbl>
    <w:p>
      <w:pPr>
        <w:bidi/>
        <w:spacing w:before="0" w:after="120" w:line="300" w:lineRule="auto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bidiVisual/>
      </w:tblPr>
      <w:tblGrid>
        <w:gridCol w:w="4819"/>
        <w:gridCol w:w="4819"/>
      </w:tblGrid>
      <w:tr>
        <w:tc>
          <w:tcPr>
            <w:tcW w:type="dxa" w:w="5102"/>
            <w:shd w:val="clear" w:color="auto" w:fill="14213D"/>
          </w:tcPr>
          <w:p>
            <w:pPr>
              <w:bidi/>
              <w:spacing w:after="20"/>
            </w:pPr>
            <w:r>
              <w:rPr>
                <w:rFonts w:ascii="Arial" w:hAnsi="Arial" w:cs="Arial"/>
                <w:b/>
                <w:i w:val="0"/>
                <w:color w:val="FFFFFF"/>
                <w:sz w:val="20"/>
                <w:rtl/>
                <w:szCs w:val="20"/>
                <w:bCs/>
              </w:rPr>
              <w:t>سلف قائمة على الموظف</w:t>
            </w:r>
          </w:p>
        </w:tc>
        <w:tc>
          <w:tcPr>
            <w:tcW w:type="dxa" w:w="4535"/>
            <w:shd w:val="clear" w:color="auto" w:fill="14213D"/>
          </w:tcPr>
          <w:p>
            <w:pPr>
              <w:bidi/>
              <w:spacing w:after="20"/>
            </w:pPr>
            <w:r>
              <w:rPr>
                <w:rFonts w:ascii="Arial" w:hAnsi="Arial" w:cs="Arial"/>
                <w:b/>
                <w:i w:val="0"/>
                <w:color w:val="FFFFFF"/>
                <w:sz w:val="20"/>
                <w:rtl/>
                <w:szCs w:val="20"/>
                <w:bCs/>
              </w:rPr>
              <w:t>المبلغ المتبقي</w:t>
            </w:r>
          </w:p>
        </w:tc>
      </w:tr>
      <w:tr>
        <w:tc>
          <w:tcPr>
            <w:tcW w:type="dxa" w:w="5102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4535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</w:tr>
    </w:tbl>
    <w:p>
      <w:pPr>
        <w:bidi/>
        <w:spacing w:before="0" w:after="120" w:line="300" w:lineRule="auto"/>
      </w:pPr>
    </w:p>
    <w:p>
      <w:pPr>
        <w:bidi/>
        <w:spacing w:before="40" w:after="160" w:line="300" w:lineRule="auto"/>
      </w:pPr>
      <w:r>
        <w:rPr>
          <w:rFonts w:ascii="Arial" w:hAnsi="Arial" w:cs="Arial"/>
          <w:b w:val="0"/>
          <w:i/>
          <w:color w:val="595959"/>
          <w:sz w:val="20"/>
          <w:rtl/>
          <w:szCs w:val="20"/>
        </w:rPr>
        <w:t>يُراعى ألا يتجاوز مجموع الأقساط الشهرية النسبة التي يحددها القانون واللائحة من الأجر.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14213D"/>
          </w:tcPr>
          <w:p>
            <w:pPr>
              <w:bidi/>
              <w:spacing w:after="20"/>
            </w:pPr>
            <w:r>
              <w:rPr>
                <w:rFonts w:ascii="Arial" w:hAnsi="Arial" w:cs="Arial"/>
                <w:b/>
                <w:i w:val="0"/>
                <w:color w:val="FFFFFF"/>
                <w:sz w:val="20"/>
                <w:rtl/>
                <w:szCs w:val="20"/>
                <w:bCs/>
              </w:rPr>
              <w:t>الموظف</w:t>
            </w:r>
          </w:p>
        </w:tc>
        <w:tc>
          <w:tcPr>
            <w:tcW w:type="dxa" w:w="2409"/>
            <w:shd w:val="clear" w:color="auto" w:fill="14213D"/>
          </w:tcPr>
          <w:p>
            <w:pPr>
              <w:bidi/>
              <w:spacing w:after="20"/>
            </w:pPr>
            <w:r>
              <w:rPr>
                <w:rFonts w:ascii="Arial" w:hAnsi="Arial" w:cs="Arial"/>
                <w:b/>
                <w:i w:val="0"/>
                <w:color w:val="FFFFFF"/>
                <w:sz w:val="20"/>
                <w:rtl/>
                <w:szCs w:val="20"/>
                <w:bCs/>
              </w:rPr>
              <w:t>الموارد البشرية</w:t>
            </w:r>
          </w:p>
        </w:tc>
        <w:tc>
          <w:tcPr>
            <w:tcW w:type="dxa" w:w="2409"/>
            <w:shd w:val="clear" w:color="auto" w:fill="14213D"/>
          </w:tcPr>
          <w:p>
            <w:pPr>
              <w:bidi/>
              <w:spacing w:after="20"/>
            </w:pPr>
            <w:r>
              <w:rPr>
                <w:rFonts w:ascii="Arial" w:hAnsi="Arial" w:cs="Arial"/>
                <w:b/>
                <w:i w:val="0"/>
                <w:color w:val="FFFFFF"/>
                <w:sz w:val="20"/>
                <w:rtl/>
                <w:szCs w:val="20"/>
                <w:bCs/>
              </w:rPr>
              <w:t>المدير المالي</w:t>
            </w:r>
          </w:p>
        </w:tc>
        <w:tc>
          <w:tcPr>
            <w:tcW w:type="dxa" w:w="2409"/>
            <w:shd w:val="clear" w:color="auto" w:fill="14213D"/>
          </w:tcPr>
          <w:p>
            <w:pPr>
              <w:bidi/>
              <w:spacing w:after="20"/>
            </w:pPr>
            <w:r>
              <w:rPr>
                <w:rFonts w:ascii="Arial" w:hAnsi="Arial" w:cs="Arial"/>
                <w:b/>
                <w:i w:val="0"/>
                <w:color w:val="FFFFFF"/>
                <w:sz w:val="20"/>
                <w:rtl/>
                <w:szCs w:val="20"/>
                <w:bCs/>
              </w:rPr>
              <w:t>المعتمد</w:t>
            </w:r>
          </w:p>
        </w:tc>
      </w:tr>
      <w:tr>
        <w:tc>
          <w:tcPr>
            <w:tcW w:type="dxa" w:w="2409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  <w:t>الاسم:</w:t>
            </w:r>
          </w:p>
        </w:tc>
        <w:tc>
          <w:tcPr>
            <w:tcW w:type="dxa" w:w="2409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  <w:t>الاسم:</w:t>
            </w:r>
          </w:p>
        </w:tc>
        <w:tc>
          <w:tcPr>
            <w:tcW w:type="dxa" w:w="2409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  <w:t>الاسم:</w:t>
            </w:r>
          </w:p>
        </w:tc>
        <w:tc>
          <w:tcPr>
            <w:tcW w:type="dxa" w:w="2409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  <w:t>الاسم:</w:t>
            </w:r>
          </w:p>
        </w:tc>
      </w:tr>
      <w:tr>
        <w:tc>
          <w:tcPr>
            <w:tcW w:type="dxa" w:w="2409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  <w:t>التوقيع والتاريخ:</w:t>
            </w:r>
          </w:p>
        </w:tc>
        <w:tc>
          <w:tcPr>
            <w:tcW w:type="dxa" w:w="2409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  <w:t>التوقيع والتاريخ:</w:t>
            </w:r>
          </w:p>
        </w:tc>
        <w:tc>
          <w:tcPr>
            <w:tcW w:type="dxa" w:w="2409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  <w:t>التوقيع والتاريخ:</w:t>
            </w:r>
          </w:p>
        </w:tc>
        <w:tc>
          <w:tcPr>
            <w:tcW w:type="dxa" w:w="2409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  <w:t>التوقيع والتاريخ:</w:t>
            </w:r>
          </w:p>
        </w:tc>
      </w:tr>
    </w:tbl>
    <w:p>
      <w:pPr>
        <w:bidi/>
        <w:spacing w:before="0" w:after="160" w:line="300" w:lineRule="auto"/>
      </w:pPr>
    </w:p>
    <w:p>
      <w:r>
        <w:br w:type="page"/>
      </w:r>
    </w:p>
    <w:p>
      <w:pPr>
        <w:bidi/>
        <w:spacing w:before="120" w:after="40" w:line="300" w:lineRule="auto"/>
        <w:jc w:val="center"/>
        <w:pBdr>
          <w:bottom w:val="single" w:sz="10" w:space="4" w:color="B08D57"/>
        </w:pBdr>
      </w:pPr>
      <w:r>
        <w:rPr>
          <w:rFonts w:ascii="Arial" w:hAnsi="Arial" w:cs="Arial"/>
          <w:b/>
          <w:i w:val="0"/>
          <w:color w:val="14213D"/>
          <w:sz w:val="32"/>
          <w:rtl/>
          <w:szCs w:val="32"/>
          <w:bCs/>
        </w:rPr>
        <w:t>إخلاء طرف</w:t>
      </w:r>
    </w:p>
    <w:p>
      <w:pPr>
        <w:bidi/>
        <w:spacing w:before="40" w:after="160" w:line="300" w:lineRule="auto"/>
      </w:pPr>
      <w:r>
        <w:rPr>
          <w:rFonts w:ascii="Arial" w:hAnsi="Arial" w:cs="Arial"/>
          <w:b w:val="0"/>
          <w:i w:val="0"/>
          <w:color w:val="595959"/>
          <w:sz w:val="20"/>
          <w:rtl/>
          <w:szCs w:val="20"/>
        </w:rPr>
        <w:t>[اسم الشركة / الشعار]                      رقم النموذج: ........     التاريخ: ..../..../........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3F4F7"/>
          </w:tcPr>
          <w:p>
            <w:pPr>
              <w:bidi/>
              <w:spacing w:after="20"/>
            </w:pPr>
            <w:r>
              <w:rPr>
                <w:rFonts w:ascii="Arial" w:hAnsi="Arial" w:cs="Arial"/>
                <w:b/>
                <w:i w:val="0"/>
                <w:color w:val="14213D"/>
                <w:sz w:val="20"/>
                <w:rtl/>
                <w:szCs w:val="20"/>
                <w:bCs/>
              </w:rPr>
              <w:t>اسم الموظف</w:t>
            </w:r>
          </w:p>
        </w:tc>
        <w:tc>
          <w:tcPr>
            <w:tcW w:type="dxa" w:w="2409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2409"/>
            <w:shd w:val="clear" w:color="auto" w:fill="F3F4F7"/>
          </w:tcPr>
          <w:p>
            <w:pPr>
              <w:bidi/>
              <w:spacing w:after="20"/>
            </w:pPr>
            <w:r>
              <w:rPr>
                <w:rFonts w:ascii="Arial" w:hAnsi="Arial" w:cs="Arial"/>
                <w:b/>
                <w:i w:val="0"/>
                <w:color w:val="14213D"/>
                <w:sz w:val="20"/>
                <w:rtl/>
                <w:szCs w:val="20"/>
                <w:bCs/>
              </w:rPr>
              <w:t>الرقم الوظيفي</w:t>
            </w:r>
          </w:p>
        </w:tc>
        <w:tc>
          <w:tcPr>
            <w:tcW w:type="dxa" w:w="2409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</w:tr>
      <w:tr>
        <w:tc>
          <w:tcPr>
            <w:tcW w:type="dxa" w:w="2409"/>
            <w:shd w:val="clear" w:color="auto" w:fill="F3F4F7"/>
          </w:tcPr>
          <w:p>
            <w:pPr>
              <w:bidi/>
              <w:spacing w:after="20"/>
            </w:pPr>
            <w:r>
              <w:rPr>
                <w:rFonts w:ascii="Arial" w:hAnsi="Arial" w:cs="Arial"/>
                <w:b/>
                <w:i w:val="0"/>
                <w:color w:val="14213D"/>
                <w:sz w:val="20"/>
                <w:rtl/>
                <w:szCs w:val="20"/>
                <w:bCs/>
              </w:rPr>
              <w:t>الإدارة</w:t>
            </w:r>
          </w:p>
        </w:tc>
        <w:tc>
          <w:tcPr>
            <w:tcW w:type="dxa" w:w="2409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2409"/>
            <w:shd w:val="clear" w:color="auto" w:fill="F3F4F7"/>
          </w:tcPr>
          <w:p>
            <w:pPr>
              <w:bidi/>
              <w:spacing w:after="20"/>
            </w:pPr>
            <w:r>
              <w:rPr>
                <w:rFonts w:ascii="Arial" w:hAnsi="Arial" w:cs="Arial"/>
                <w:b/>
                <w:i w:val="0"/>
                <w:color w:val="14213D"/>
                <w:sz w:val="20"/>
                <w:rtl/>
                <w:szCs w:val="20"/>
                <w:bCs/>
              </w:rPr>
              <w:t>الوظيفة</w:t>
            </w:r>
          </w:p>
        </w:tc>
        <w:tc>
          <w:tcPr>
            <w:tcW w:type="dxa" w:w="2409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</w:tr>
      <w:tr>
        <w:tc>
          <w:tcPr>
            <w:tcW w:type="dxa" w:w="2409"/>
            <w:shd w:val="clear" w:color="auto" w:fill="F3F4F7"/>
          </w:tcPr>
          <w:p>
            <w:pPr>
              <w:bidi/>
              <w:spacing w:after="20"/>
            </w:pPr>
            <w:r>
              <w:rPr>
                <w:rFonts w:ascii="Arial" w:hAnsi="Arial" w:cs="Arial"/>
                <w:b/>
                <w:i w:val="0"/>
                <w:color w:val="14213D"/>
                <w:sz w:val="20"/>
                <w:rtl/>
                <w:szCs w:val="20"/>
                <w:bCs/>
              </w:rPr>
              <w:t>تاريخ انتهاء الخدمة</w:t>
            </w:r>
          </w:p>
        </w:tc>
        <w:tc>
          <w:tcPr>
            <w:tcW w:type="dxa" w:w="2409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2409"/>
            <w:shd w:val="clear" w:color="auto" w:fill="F3F4F7"/>
          </w:tcPr>
          <w:p>
            <w:pPr>
              <w:bidi/>
              <w:spacing w:after="20"/>
            </w:pPr>
            <w:r>
              <w:rPr>
                <w:rFonts w:ascii="Arial" w:hAnsi="Arial" w:cs="Arial"/>
                <w:b/>
                <w:i w:val="0"/>
                <w:color w:val="14213D"/>
                <w:sz w:val="20"/>
                <w:rtl/>
                <w:szCs w:val="20"/>
                <w:bCs/>
              </w:rPr>
              <w:t>سبب انتهاء الخدمة</w:t>
            </w:r>
          </w:p>
        </w:tc>
        <w:tc>
          <w:tcPr>
            <w:tcW w:type="dxa" w:w="2409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</w:tr>
    </w:tbl>
    <w:p>
      <w:pPr>
        <w:bidi/>
        <w:spacing w:before="0" w:after="120" w:line="300" w:lineRule="auto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bidiVisual/>
      </w:tblPr>
      <w:tblGrid>
        <w:gridCol w:w="3213"/>
        <w:gridCol w:w="3213"/>
        <w:gridCol w:w="3213"/>
      </w:tblGrid>
      <w:tr>
        <w:tc>
          <w:tcPr>
            <w:tcW w:type="dxa" w:w="3402"/>
            <w:shd w:val="clear" w:color="auto" w:fill="14213D"/>
          </w:tcPr>
          <w:p>
            <w:pPr>
              <w:bidi/>
              <w:spacing w:after="20"/>
            </w:pPr>
            <w:r>
              <w:rPr>
                <w:rFonts w:ascii="Arial" w:hAnsi="Arial" w:cs="Arial"/>
                <w:b/>
                <w:i w:val="0"/>
                <w:color w:val="FFFFFF"/>
                <w:sz w:val="20"/>
                <w:rtl/>
                <w:szCs w:val="20"/>
                <w:bCs/>
              </w:rPr>
              <w:t>الجهة</w:t>
            </w:r>
          </w:p>
        </w:tc>
        <w:tc>
          <w:tcPr>
            <w:tcW w:type="dxa" w:w="3969"/>
            <w:shd w:val="clear" w:color="auto" w:fill="14213D"/>
          </w:tcPr>
          <w:p>
            <w:pPr>
              <w:bidi/>
              <w:spacing w:after="20"/>
            </w:pPr>
            <w:r>
              <w:rPr>
                <w:rFonts w:ascii="Arial" w:hAnsi="Arial" w:cs="Arial"/>
                <w:b/>
                <w:i w:val="0"/>
                <w:color w:val="FFFFFF"/>
                <w:sz w:val="20"/>
                <w:rtl/>
                <w:szCs w:val="20"/>
                <w:bCs/>
              </w:rPr>
              <w:t>ما تم استلامه / ملاحظات</w:t>
            </w:r>
          </w:p>
        </w:tc>
        <w:tc>
          <w:tcPr>
            <w:tcW w:type="dxa" w:w="2268"/>
            <w:shd w:val="clear" w:color="auto" w:fill="14213D"/>
          </w:tcPr>
          <w:p>
            <w:pPr>
              <w:bidi/>
              <w:spacing w:after="20"/>
            </w:pPr>
            <w:r>
              <w:rPr>
                <w:rFonts w:ascii="Arial" w:hAnsi="Arial" w:cs="Arial"/>
                <w:b/>
                <w:i w:val="0"/>
                <w:color w:val="FFFFFF"/>
                <w:sz w:val="20"/>
                <w:rtl/>
                <w:szCs w:val="20"/>
                <w:bCs/>
              </w:rPr>
              <w:t>التوقيع</w:t>
            </w:r>
          </w:p>
        </w:tc>
      </w:tr>
      <w:tr>
        <w:tc>
          <w:tcPr>
            <w:tcW w:type="dxa" w:w="3402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  <w:t>الإدارة التي يعمل بها (مهام وملفات)</w:t>
            </w:r>
          </w:p>
        </w:tc>
        <w:tc>
          <w:tcPr>
            <w:tcW w:type="dxa" w:w="3969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2268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</w:tr>
      <w:tr>
        <w:tc>
          <w:tcPr>
            <w:tcW w:type="dxa" w:w="3402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  <w:t>تقنية المعلومات (جهاز، حسابات، بريد)</w:t>
            </w:r>
          </w:p>
        </w:tc>
        <w:tc>
          <w:tcPr>
            <w:tcW w:type="dxa" w:w="3969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2268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</w:tr>
      <w:tr>
        <w:tc>
          <w:tcPr>
            <w:tcW w:type="dxa" w:w="3402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  <w:t>المخازن (عهد وأدوات)</w:t>
            </w:r>
          </w:p>
        </w:tc>
        <w:tc>
          <w:tcPr>
            <w:tcW w:type="dxa" w:w="3969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2268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</w:tr>
      <w:tr>
        <w:tc>
          <w:tcPr>
            <w:tcW w:type="dxa" w:w="3402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  <w:t>الحسابات (سلف، عهد نقدية، مستحقات)</w:t>
            </w:r>
          </w:p>
        </w:tc>
        <w:tc>
          <w:tcPr>
            <w:tcW w:type="dxa" w:w="3969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2268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</w:tr>
      <w:tr>
        <w:tc>
          <w:tcPr>
            <w:tcW w:type="dxa" w:w="3402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  <w:t>الموارد البشرية (بطاقة، تأمين طبي)</w:t>
            </w:r>
          </w:p>
        </w:tc>
        <w:tc>
          <w:tcPr>
            <w:tcW w:type="dxa" w:w="3969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2268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</w:tr>
      <w:tr>
        <w:tc>
          <w:tcPr>
            <w:tcW w:type="dxa" w:w="3402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  <w:t>الأمن (بطاقة دخول، مفاتيح)</w:t>
            </w:r>
          </w:p>
        </w:tc>
        <w:tc>
          <w:tcPr>
            <w:tcW w:type="dxa" w:w="3969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2268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</w:tr>
    </w:tbl>
    <w:p>
      <w:pPr>
        <w:bidi/>
        <w:spacing w:before="0" w:after="120" w:line="300" w:lineRule="auto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213"/>
        <w:gridCol w:w="3213"/>
        <w:gridCol w:w="3213"/>
      </w:tblGrid>
      <w:tr>
        <w:tc>
          <w:tcPr>
            <w:tcW w:type="dxa" w:w="3213"/>
            <w:shd w:val="clear" w:color="auto" w:fill="14213D"/>
          </w:tcPr>
          <w:p>
            <w:pPr>
              <w:bidi/>
              <w:spacing w:after="20"/>
            </w:pPr>
            <w:r>
              <w:rPr>
                <w:rFonts w:ascii="Arial" w:hAnsi="Arial" w:cs="Arial"/>
                <w:b/>
                <w:i w:val="0"/>
                <w:color w:val="FFFFFF"/>
                <w:sz w:val="20"/>
                <w:rtl/>
                <w:szCs w:val="20"/>
                <w:bCs/>
              </w:rPr>
              <w:t>الموظف</w:t>
            </w:r>
          </w:p>
        </w:tc>
        <w:tc>
          <w:tcPr>
            <w:tcW w:type="dxa" w:w="3213"/>
            <w:shd w:val="clear" w:color="auto" w:fill="14213D"/>
          </w:tcPr>
          <w:p>
            <w:pPr>
              <w:bidi/>
              <w:spacing w:after="20"/>
            </w:pPr>
            <w:r>
              <w:rPr>
                <w:rFonts w:ascii="Arial" w:hAnsi="Arial" w:cs="Arial"/>
                <w:b/>
                <w:i w:val="0"/>
                <w:color w:val="FFFFFF"/>
                <w:sz w:val="20"/>
                <w:rtl/>
                <w:szCs w:val="20"/>
                <w:bCs/>
              </w:rPr>
              <w:t>مدير الموارد البشرية</w:t>
            </w:r>
          </w:p>
        </w:tc>
        <w:tc>
          <w:tcPr>
            <w:tcW w:type="dxa" w:w="3213"/>
            <w:shd w:val="clear" w:color="auto" w:fill="14213D"/>
          </w:tcPr>
          <w:p>
            <w:pPr>
              <w:bidi/>
              <w:spacing w:after="20"/>
            </w:pPr>
            <w:r>
              <w:rPr>
                <w:rFonts w:ascii="Arial" w:hAnsi="Arial" w:cs="Arial"/>
                <w:b/>
                <w:i w:val="0"/>
                <w:color w:val="FFFFFF"/>
                <w:sz w:val="20"/>
                <w:rtl/>
                <w:szCs w:val="20"/>
                <w:bCs/>
              </w:rPr>
              <w:t>المدير المالي</w:t>
            </w:r>
          </w:p>
        </w:tc>
      </w:tr>
      <w:tr>
        <w:tc>
          <w:tcPr>
            <w:tcW w:type="dxa" w:w="3213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  <w:t>الاسم:</w:t>
            </w:r>
          </w:p>
        </w:tc>
        <w:tc>
          <w:tcPr>
            <w:tcW w:type="dxa" w:w="3213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  <w:t>الاسم:</w:t>
            </w:r>
          </w:p>
        </w:tc>
        <w:tc>
          <w:tcPr>
            <w:tcW w:type="dxa" w:w="3213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  <w:t>الاسم:</w:t>
            </w:r>
          </w:p>
        </w:tc>
      </w:tr>
      <w:tr>
        <w:tc>
          <w:tcPr>
            <w:tcW w:type="dxa" w:w="3213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  <w:t>التوقيع والتاريخ:</w:t>
            </w:r>
          </w:p>
        </w:tc>
        <w:tc>
          <w:tcPr>
            <w:tcW w:type="dxa" w:w="3213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  <w:t>التوقيع والتاريخ:</w:t>
            </w:r>
          </w:p>
        </w:tc>
        <w:tc>
          <w:tcPr>
            <w:tcW w:type="dxa" w:w="3213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  <w:t>التوقيع والتاريخ:</w:t>
            </w:r>
          </w:p>
        </w:tc>
      </w:tr>
    </w:tbl>
    <w:p>
      <w:pPr>
        <w:bidi/>
        <w:spacing w:before="0" w:after="160" w:line="300" w:lineRule="auto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134" w:bottom="1020" w:left="113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rFonts w:ascii="Arial" w:hAnsi="Arial" w:cs="Arial"/>
        <w:b w:val="0"/>
        <w:i w:val="0"/>
        <w:color w:val="595959"/>
        <w:sz w:val="17"/>
        <w:rtl/>
        <w:szCs w:val="17"/>
      </w:rPr>
      <w:t xml:space="preserve">نموذج مجاني من www.aam-web.com/templates  -  صفحة </w:t>
    </w:r>
    <w:r>
      <w:fldSimple w:instr="PAGE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Header"/>
      <w:pBdr>
        <w:bottom w:val="single" w:sz="6" w:space="4" w:color="B08D57"/>
      </w:pBdr>
    </w:pPr>
    <w:r>
      <w:rPr>
        <w:rFonts w:ascii="Arial" w:hAnsi="Arial" w:cs="Arial"/>
        <w:b w:val="0"/>
        <w:i w:val="0"/>
        <w:color w:val="595959"/>
        <w:sz w:val="17"/>
        <w:rtl/>
        <w:szCs w:val="17"/>
      </w:rPr>
      <w:t>مجلة المحاسب العربي  |  نماذج شؤون الموظفين: إجازة وإذن ومأمورية وسلفة وإخلاء طرف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